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28"/>
        </w:rPr>
        <w:t>1ο ΓΥΜΝΑΣΙΟ ΚΑΙΣΑΡΙΑΝΗΣ</w:t>
      </w:r>
    </w:p>
    <w:p>
      <w:pPr>
        <w:pStyle w:val="Normal"/>
        <w:jc w:val="center"/>
        <w:rPr/>
      </w:pPr>
      <w:r>
        <w:rPr>
          <w:b/>
          <w:sz w:val="24"/>
        </w:rPr>
        <w:t>ΥΠΕΥΘΥΝΗ ΔΗΛΩΣΗ ΣΥΝΑΙΝΕΣΗΣ</w:t>
        <w:br/>
        <w:t>ΓΙΑ ΣΥΜΜΕΤΟΧΗ ΣΕ ΕΚΠΑΙΔΕΥΤΙΚΗ ΔΡΑΣΗ ΕΚΤΟΣ ΣΧΟΛΙΚΗΣ ΜΟΝΑΔΑΣ</w:t>
      </w:r>
    </w:p>
    <w:p>
      <w:pPr>
        <w:pStyle w:val="Normal"/>
        <w:rPr/>
      </w:pPr>
      <w:r>
        <w:rPr>
          <w:i/>
        </w:rPr>
        <w:t>Σύμφωνα με την Υ.Α. 109113/ΓΔ4/19-08-2026 (ΦΕΚ Β΄ 5237/19-08-2026), άρθρο 20.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Ονοματεπώνυμο γονέα/κηδεμόνα: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........................................................................................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Ονοματεπώνυμο μαθητή/τριας: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........................................................................................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Τάξη / Τμήμα: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........................................................................................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Τηλέφωνο επικοινωνίας γονέα/κηδεμόνα: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........................................................................................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Ημερομηνία δράσης: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........................................................................................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sz w:val="22"/>
        </w:rPr>
        <w:t>ΣΤΟΙΧΕΙΑ ΔΡΑΣΗΣ</w:t>
      </w:r>
    </w:p>
    <w:p>
      <w:pPr>
        <w:pStyle w:val="Normal"/>
        <w:rPr/>
      </w:pPr>
      <w:r>
        <w:rPr>
          <w:b/>
        </w:rPr>
        <w:t xml:space="preserve">Προορισμός / χώρος: </w:t>
      </w:r>
      <w:r>
        <w:rPr/>
        <w:t>........................................................................................................</w:t>
      </w:r>
    </w:p>
    <w:p>
      <w:pPr>
        <w:pStyle w:val="Normal"/>
        <w:rPr/>
      </w:pPr>
      <w:r>
        <w:rPr>
          <w:b/>
        </w:rPr>
        <w:t xml:space="preserve">Ώρα αναχώρησης – επιστροφής: </w:t>
      </w:r>
      <w:r>
        <w:rPr/>
        <w:t>........................................................................................................</w:t>
      </w:r>
    </w:p>
    <w:p>
      <w:pPr>
        <w:pStyle w:val="Normal"/>
        <w:rPr/>
      </w:pPr>
      <w:r>
        <w:rPr>
          <w:b/>
        </w:rPr>
        <w:t xml:space="preserve">Μέσο μετακίνησης: </w:t>
      </w:r>
      <w:r>
        <w:rPr/>
        <w:t>........................................................................................................</w:t>
      </w:r>
    </w:p>
    <w:p>
      <w:pPr>
        <w:pStyle w:val="Normal"/>
        <w:rPr/>
      </w:pPr>
      <w:r>
        <w:rPr>
          <w:b/>
        </w:rPr>
        <w:t xml:space="preserve">Αρχηγός δράσης: </w:t>
      </w:r>
      <w:r>
        <w:rPr/>
        <w:t>........................................................................................................</w:t>
      </w:r>
    </w:p>
    <w:p>
      <w:pPr>
        <w:pStyle w:val="Normal"/>
        <w:rPr/>
      </w:pPr>
      <w:r>
        <w:rPr>
          <w:b/>
        </w:rPr>
        <w:t>Δηλώνω υπεύθυνα ότι:</w:t>
      </w:r>
    </w:p>
    <w:p>
      <w:pPr>
        <w:pStyle w:val="Normal"/>
        <w:ind w:left="227"/>
        <w:rPr/>
      </w:pPr>
      <w:r>
        <w:rPr/>
        <w:t xml:space="preserve"> </w:t>
      </w:r>
      <w:r>
        <w:rPr/>
        <w:t>Έχω λάβει έγγραφη ενημέρωση</w:t>
      </w:r>
      <w:r>
        <w:rPr>
          <w:lang w:val="el-GR"/>
        </w:rPr>
        <w:t xml:space="preserve"> </w:t>
      </w:r>
      <w:r>
        <w:rPr>
          <w:lang w:val="el-GR"/>
        </w:rPr>
        <w:t xml:space="preserve">ή ενημέρωση μέσω ηλεκτρονικού ταχυδρομείου </w:t>
      </w:r>
      <w:r>
        <w:rPr>
          <w:lang w:val="el-GR"/>
        </w:rPr>
        <w:t xml:space="preserve"> </w:t>
      </w:r>
      <w:r>
        <w:rPr/>
        <w:t>και έχω λάβει γνώση του αναλυτικού προγράμματος της παραπάνω εκπαιδευτικής δράσης.</w:t>
      </w:r>
    </w:p>
    <w:p>
      <w:pPr>
        <w:pStyle w:val="Normal"/>
        <w:ind w:left="227"/>
        <w:rPr/>
      </w:pPr>
      <w:r>
        <w:rPr/>
        <w:t>Συναινώ στη συμμετοχή του/της ανωτέρω μαθητή/τριας στην εκπαιδευτική δράση.</w:t>
      </w:r>
    </w:p>
    <w:p>
      <w:pPr>
        <w:pStyle w:val="Normal"/>
        <w:ind w:left="227"/>
        <w:rPr/>
      </w:pPr>
      <w:r>
        <w:rPr/>
        <w:t>Συναινώ με τα προβλεπόμενα στην Υ.Α. 109113/ΓΔ4/19-08-2026 και με τους όρους της συγκεκριμένης δράσης, όπως έχουν γνωστοποιηθεί από τη σχολική μονάδα.</w:t>
      </w:r>
    </w:p>
    <w:p>
      <w:pPr>
        <w:pStyle w:val="Normal"/>
        <w:rPr/>
      </w:pPr>
      <w:r>
        <w:rPr>
          <w:b/>
          <w:sz w:val="22"/>
        </w:rPr>
        <w:t xml:space="preserve">ΕΠΙΚΑΙΡΟΠΟΙΗΣΗ ΠΛΗΡΟΦΟΡΙΩΝ ΥΓΕΙΑΣ ΓΙΑ ΤΗ ΣΥΓΚΕΚΡΙΜΕΝΗ ΔΡΑΣΗ </w:t>
      </w:r>
    </w:p>
    <w:p>
      <w:pPr>
        <w:pStyle w:val="Normal"/>
        <w:rPr/>
      </w:pPr>
      <w:r>
        <w:rPr/>
        <w:t xml:space="preserve"> </w:t>
      </w:r>
      <w:r>
        <w:rPr/>
        <w:t>Δεν υπάρχει γνωστό πρόβλημα υγείας, αλλεργία, φαρμακευτική αγωγή ή άλλη πληροφορία που είναι αναγκαίο να γνωρίζει το σχολείο για την ασφαλή συμμετοχή του/της μαθητή/τριας στη συγκεκριμένη δράση.</w:t>
      </w:r>
    </w:p>
    <w:p>
      <w:pPr>
        <w:pStyle w:val="Normal"/>
        <w:rPr>
          <w:i/>
          <w:i/>
          <w:iCs/>
          <w:lang w:val="el-GR"/>
        </w:rPr>
      </w:pPr>
      <w:r>
        <w:rPr>
          <w:i/>
          <w:iCs/>
          <w:lang w:val="el-GR"/>
        </w:rPr>
        <w:t xml:space="preserve">Επιλέγω (βάζω </w:t>
      </w:r>
      <w:r>
        <w:rPr>
          <w:rFonts w:ascii="Arial" w:hAnsi="Arial"/>
          <w:b/>
          <w:bCs/>
          <w:i/>
          <w:iCs/>
          <w:lang w:val="el-GR"/>
        </w:rPr>
        <w:t>x</w:t>
      </w:r>
      <w:r>
        <w:rPr>
          <w:i/>
          <w:iCs/>
          <w:lang w:val="el-GR"/>
        </w:rPr>
        <w:t xml:space="preserve"> ) </w:t>
      </w:r>
      <w:r>
        <w:rPr>
          <w:i/>
          <w:iCs/>
          <w:lang w:val="el-GR"/>
        </w:rPr>
        <w:t>σε περίπτωση που υπάρχει  πρόβλημα υγείας, αλλεργία, φαρμακευτική αγωγή ή άλλη πληροφορία που είναι αναγκαίο να γνωρίζει το σχολείο)</w:t>
      </w:r>
    </w:p>
    <w:p>
      <w:pPr>
        <w:pStyle w:val="Normal"/>
        <w:rPr/>
      </w:pPr>
      <w:r>
        <w:rPr/>
        <w:t xml:space="preserve">☐ </w:t>
      </w:r>
      <w:r>
        <w:rPr/>
        <w:t>Υπάρχει πρόβλημα υγείας, αλλεργία, φαρμακευτική αγωγή ή έχει υπάρξει μεταβολή σε ήδη γνωστή κατάσταση, που είναι αναγκαίο να γνωρίζει το σχολείο για τη συγκεκριμένη δράση, και επισυνάπτω Ενημερωτικό Σημείωμα Υγείας.</w:t>
      </w:r>
    </w:p>
    <w:p>
      <w:pPr>
        <w:pStyle w:val="Normal"/>
        <w:rPr/>
      </w:pPr>
      <w:r>
        <w:rPr>
          <w:b/>
        </w:rPr>
        <w:t xml:space="preserve">Σημείωση: </w:t>
      </w:r>
      <w:r>
        <w:rPr/>
        <w:t>Το Ενημερωτικό Σημείωμα Υγείας συμπληρώνεται μόνο όταν συντρέχει η δεύτερη περίπτωση και περιλαμβάνει τις απολύτως αναγκαίες πληροφορίες για την ασφαλή συμμετοχή του/της μαθητή/τριας.</w:t>
      </w:r>
    </w:p>
    <w:p>
      <w:pPr>
        <w:pStyle w:val="Normal"/>
        <w:rPr/>
      </w:pPr>
      <w:r>
        <w:rPr>
          <w:b/>
        </w:rPr>
        <w:t xml:space="preserve">Σημαντικό: </w:t>
      </w:r>
      <w:r>
        <w:rPr/>
        <w:t>Η «υπό όρους» συναίνεση δεν επιτρέπει τη συμμετοχή του/της μαθητή/τριας στη δράση. Το αναλυτικό πρόγραμμα και οι ειδικοί όροι της συγκεκριμένης δράσης γνωστοποιούνται μαζί με τη δήλωση.</w:t>
      </w:r>
    </w:p>
    <w:p>
      <w:pPr>
        <w:pStyle w:val="Normal"/>
        <w:keepNext w:val="true"/>
        <w:spacing w:before="100" w:after="60"/>
        <w:rPr/>
      </w:pPr>
      <w:r>
        <w:rPr>
          <w:b/>
          <w:sz w:val="21"/>
        </w:rPr>
        <w:t>ΤΡΟΠΟΙ ΥΠΟΒΟΛΗΣ ΤΗΣ ΥΠΕΥΘΥΝΗΣ ΔΗΛΩΣΗΣ</w:t>
      </w:r>
    </w:p>
    <w:p>
      <w:pPr>
        <w:pStyle w:val="Normal"/>
        <w:keepNext w:val="false"/>
        <w:spacing w:before="0" w:after="40"/>
        <w:ind w:left="85"/>
        <w:rPr/>
      </w:pPr>
      <w:r>
        <w:rPr>
          <w:b/>
          <w:sz w:val="19"/>
        </w:rPr>
        <w:t xml:space="preserve">1. Ψηφιακά μέσω gov.gr: </w:t>
      </w:r>
      <w:r>
        <w:rPr>
          <w:sz w:val="19"/>
        </w:rPr>
        <w:t>ο γονέας/κηδεμόνας εκδίδει ψηφιακή Υπεύθυνη Δήλωση και την αποστέλλει ηλεκτρονικά στη σχολική μονάδα.</w:t>
      </w:r>
    </w:p>
    <w:p>
      <w:pPr>
        <w:pStyle w:val="Normal"/>
        <w:spacing w:before="0" w:after="40"/>
        <w:ind w:left="85"/>
        <w:rPr/>
      </w:pPr>
      <w:r>
        <w:rPr>
          <w:b/>
          <w:sz w:val="19"/>
        </w:rPr>
        <w:t xml:space="preserve">2. Έντυπα με βεβαίωση γνησίου υπογραφής μέσω ΚΕΠ: </w:t>
      </w:r>
      <w:r>
        <w:rPr>
          <w:sz w:val="19"/>
        </w:rPr>
        <w:t>η δήλωση υπογράφεται με βεβαίωση του γνησίου της υπογραφής και προσκομίζεται στη σχολική μονάδα.</w:t>
      </w:r>
    </w:p>
    <w:p>
      <w:pPr>
        <w:pStyle w:val="Normal"/>
        <w:spacing w:before="0" w:after="40"/>
        <w:ind w:left="85"/>
        <w:rPr/>
      </w:pPr>
      <w:r>
        <w:rPr>
          <w:b/>
          <w:sz w:val="19"/>
        </w:rPr>
        <w:t xml:space="preserve">3. Έντυπα χωρίς βεβαίωση γνησίου υπογραφής: </w:t>
      </w:r>
      <w:r>
        <w:rPr>
          <w:sz w:val="19"/>
        </w:rPr>
        <w:t>ο γονέας/κηδεμόνας την υποβάλλει αυτοπροσώπως στον/στην υπεύθυνο/η εκπαιδευτικό του τμήματος ή στον/στην Αρχηγό της δράσης</w:t>
      </w:r>
      <w:r>
        <w:rPr>
          <w:sz w:val="19"/>
          <w:lang w:val="el-GR"/>
        </w:rPr>
        <w:t xml:space="preserve"> </w:t>
      </w:r>
      <w:r>
        <w:rPr>
          <w:sz w:val="19"/>
          <w:lang w:val="el-GR"/>
        </w:rPr>
        <w:t>ή στην Δ/νση του σχολείου</w:t>
      </w:r>
      <w:r>
        <w:rPr>
          <w:sz w:val="19"/>
          <w:lang w:val="el-GR"/>
        </w:rPr>
        <w:t xml:space="preserve"> </w:t>
      </w:r>
      <w:r>
        <w:rPr>
          <w:sz w:val="19"/>
        </w:rPr>
        <w:t>και την υπογράφει κατά την αυτοπρόσωπη υποβολή.</w:t>
      </w:r>
    </w:p>
    <w:p>
      <w:pPr>
        <w:pStyle w:val="Normal"/>
        <w:spacing w:before="0" w:after="100"/>
        <w:rPr/>
      </w:pPr>
      <w:r>
        <w:rPr>
          <w:b/>
          <w:sz w:val="18"/>
        </w:rPr>
        <w:t xml:space="preserve">Σημείωση: </w:t>
      </w:r>
      <w:r>
        <w:rPr>
          <w:sz w:val="18"/>
        </w:rPr>
        <w:t>Έντυπη δήλωση χωρίς βεβαίωση γνησίου υπογραφής δεν υποβάλλεται μέσω του/της μαθητή/τριας.</w:t>
      </w:r>
    </w:p>
    <w:tbl>
      <w:tblPr>
        <w:tblStyle w:val="TableGrid"/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Ημερομηνία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Ο/Η Δηλών/ούσα – Υπογραφή</w:t>
            </w:r>
          </w:p>
        </w:tc>
      </w:tr>
      <w:tr>
        <w:trPr/>
        <w:tc>
          <w:tcPr>
            <w:tcW w:w="51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...... / ...... / 20......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t>........................................................</w:t>
            </w:r>
          </w:p>
        </w:tc>
      </w:tr>
    </w:tbl>
    <w:p>
      <w:pPr>
        <w:pStyle w:val="Normal"/>
        <w:spacing w:before="0" w:after="200"/>
        <w:jc w:val="center"/>
        <w:rPr>
          <w:i/>
          <w:i/>
          <w:sz w:val="18"/>
        </w:rPr>
      </w:pPr>
      <w:r>
        <w:rPr/>
      </w:r>
    </w:p>
    <w:sectPr>
      <w:type w:val="nextPage"/>
      <w:pgSz w:w="12240" w:h="15840"/>
      <w:pgMar w:left="1020" w:right="1020" w:gutter="0" w:header="0" w:top="907" w:footer="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mbria">
    <w:charset w:val="a1"/>
    <w:family w:val="roman"/>
    <w:pitch w:val="variable"/>
  </w:font>
  <w:font w:name="Arial">
    <w:charset w:val="a1"/>
    <w:family w:val="roman"/>
    <w:pitch w:val="variable"/>
  </w:font>
  <w:font w:name="Calibri">
    <w:charset w:val="a1"/>
    <w:family w:val="roman"/>
    <w:pitch w:val="variable"/>
  </w:font>
  <w:font w:name="Courier">
    <w:altName w:val="Courier New"/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6">
    <w:name w:val="Ευρετήριο"/>
    <w:basedOn w:val="Normal"/>
    <w:qFormat/>
    <w:pPr>
      <w:suppressLineNumbers/>
    </w:pPr>
    <w:rPr>
      <w:rFonts w:cs="Lucida Sans"/>
    </w:rPr>
  </w:style>
  <w:style w:type="paragraph" w:styleId="Style7">
    <w:name w:val="Κεφαλίδα και υποσέλιδο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LibreOffice/7.6.2.1$Windows_X86_64 LibreOffice_project/56f7684011345957bbf33a7ee678afaf4d2ba333</Application>
  <AppVersion>15.0000</AppVersion>
  <Pages>2</Pages>
  <Words>349</Words>
  <Characters>3119</Characters>
  <CharactersWithSpaces>3440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el-GR</dc:language>
  <cp:lastModifiedBy/>
  <dcterms:modified xsi:type="dcterms:W3CDTF">2026-10-07T15:55:45Z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